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43419" w14:textId="56E7EC18" w:rsidR="00590994" w:rsidRPr="007E5F6D" w:rsidRDefault="00CE17A0">
      <w:pPr>
        <w:jc w:val="both"/>
        <w:rPr>
          <w:rFonts w:ascii="Times New Roman" w:hAnsi="Times New Roman" w:cs="Times New Roman"/>
          <w:sz w:val="24"/>
          <w:szCs w:val="24"/>
        </w:rPr>
      </w:pPr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Na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temelju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članka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15.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stavka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2.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Zakona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javnoj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nabavi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Narodne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novine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120/16, 114/22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48/26)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članka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29.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Statuta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Osnovne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škole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11837">
        <w:rPr>
          <w:rFonts w:ascii="Times New Roman" w:hAnsi="Times New Roman" w:cs="Times New Roman"/>
          <w:color w:val="000000"/>
          <w:sz w:val="24"/>
          <w:szCs w:val="24"/>
        </w:rPr>
        <w:t>Ivanja</w:t>
      </w:r>
      <w:proofErr w:type="spellEnd"/>
      <w:r w:rsidR="003118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11837">
        <w:rPr>
          <w:rFonts w:ascii="Times New Roman" w:hAnsi="Times New Roman" w:cs="Times New Roman"/>
          <w:color w:val="000000"/>
          <w:sz w:val="24"/>
          <w:szCs w:val="24"/>
        </w:rPr>
        <w:t>Reka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Školski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odbor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Osnovne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škole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11837">
        <w:rPr>
          <w:rFonts w:ascii="Times New Roman" w:hAnsi="Times New Roman" w:cs="Times New Roman"/>
          <w:color w:val="000000"/>
          <w:sz w:val="24"/>
          <w:szCs w:val="24"/>
        </w:rPr>
        <w:t>Ivanja</w:t>
      </w:r>
      <w:proofErr w:type="spellEnd"/>
      <w:r w:rsidR="003118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11837">
        <w:rPr>
          <w:rFonts w:ascii="Times New Roman" w:hAnsi="Times New Roman" w:cs="Times New Roman"/>
          <w:color w:val="000000"/>
          <w:sz w:val="24"/>
          <w:szCs w:val="24"/>
        </w:rPr>
        <w:t>Reka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sjednici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održanoj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__________ 2026.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godine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donosi</w:t>
      </w:r>
      <w:proofErr w:type="spellEnd"/>
    </w:p>
    <w:p w14:paraId="574F7667" w14:textId="77777777" w:rsidR="00590994" w:rsidRPr="007E5F6D" w:rsidRDefault="00CE17A0">
      <w:pPr>
        <w:jc w:val="center"/>
        <w:rPr>
          <w:rFonts w:ascii="Times New Roman" w:hAnsi="Times New Roman" w:cs="Times New Roman"/>
          <w:sz w:val="24"/>
          <w:szCs w:val="24"/>
        </w:rPr>
      </w:pPr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PRAVILNIK</w:t>
      </w:r>
    </w:p>
    <w:p w14:paraId="1E7E26A9" w14:textId="77777777" w:rsidR="00590994" w:rsidRPr="007E5F6D" w:rsidRDefault="00CE17A0">
      <w:pPr>
        <w:jc w:val="center"/>
        <w:rPr>
          <w:rFonts w:ascii="Times New Roman" w:hAnsi="Times New Roman" w:cs="Times New Roman"/>
          <w:sz w:val="24"/>
          <w:szCs w:val="24"/>
        </w:rPr>
      </w:pPr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O PRAVILIMA, UVJETIMA I POSTUPCIMA JEDNOSTAVNE NABAVE</w:t>
      </w:r>
    </w:p>
    <w:p w14:paraId="689DE1AE" w14:textId="77777777" w:rsidR="00590994" w:rsidRPr="007E5F6D" w:rsidRDefault="00CE17A0" w:rsidP="006013E3">
      <w:pPr>
        <w:pStyle w:val="Naslov1"/>
        <w:jc w:val="center"/>
        <w:rPr>
          <w:rFonts w:ascii="Times New Roman" w:hAnsi="Times New Roman" w:cs="Times New Roman"/>
          <w:sz w:val="24"/>
          <w:szCs w:val="24"/>
        </w:rPr>
      </w:pPr>
      <w:r w:rsidRPr="007E5F6D">
        <w:rPr>
          <w:rFonts w:ascii="Times New Roman" w:hAnsi="Times New Roman" w:cs="Times New Roman"/>
          <w:color w:val="000000"/>
          <w:sz w:val="24"/>
          <w:szCs w:val="24"/>
        </w:rPr>
        <w:t>I. OPĆE ODREDBE</w:t>
      </w:r>
    </w:p>
    <w:p w14:paraId="0BE7CA93" w14:textId="77777777" w:rsidR="00590994" w:rsidRPr="007E5F6D" w:rsidRDefault="00CE17A0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Članak</w:t>
      </w:r>
      <w:proofErr w:type="spellEnd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1.</w:t>
      </w:r>
    </w:p>
    <w:p w14:paraId="56530E44" w14:textId="2D4DC60D" w:rsidR="00590994" w:rsidRPr="007E5F6D" w:rsidRDefault="00CE17A0">
      <w:pPr>
        <w:ind w:firstLine="397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Ovim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Pravilnikom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uređuju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pravila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uvjeti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postupci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pripreme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provedbe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ugovaranja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jednostavne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robe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usluga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te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provedbe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projektnih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natječaja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procijenjene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vrijednosti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manje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od 50.000,00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eura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bez PDV-a,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radova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procijenjene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vrijednosti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manje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od 100.000,00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eura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bez PDV-a za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potrebe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Osnovne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škole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11837">
        <w:rPr>
          <w:rFonts w:ascii="Times New Roman" w:hAnsi="Times New Roman" w:cs="Times New Roman"/>
          <w:color w:val="000000"/>
          <w:sz w:val="24"/>
          <w:szCs w:val="24"/>
        </w:rPr>
        <w:t>Ivanja</w:t>
      </w:r>
      <w:proofErr w:type="spellEnd"/>
      <w:r w:rsidR="003118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11837">
        <w:rPr>
          <w:rFonts w:ascii="Times New Roman" w:hAnsi="Times New Roman" w:cs="Times New Roman"/>
          <w:color w:val="000000"/>
          <w:sz w:val="24"/>
          <w:szCs w:val="24"/>
        </w:rPr>
        <w:t>Reka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(u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daljnjem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tekstu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Škola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4B572EA1" w14:textId="77777777" w:rsidR="00590994" w:rsidRPr="007E5F6D" w:rsidRDefault="00CE17A0">
      <w:pPr>
        <w:ind w:firstLine="397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Prilikom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provedbe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jednostavne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Škola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dužna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postupati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skladu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Zakonom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javnoj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nabavi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ovim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Pravilnikom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Statutom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Škole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drugim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važećim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propisima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aktima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Osnivača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AA4ADDA" w14:textId="77777777" w:rsidR="00590994" w:rsidRPr="007E5F6D" w:rsidRDefault="00CE17A0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Članak</w:t>
      </w:r>
      <w:proofErr w:type="spellEnd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2.</w:t>
      </w:r>
    </w:p>
    <w:p w14:paraId="4AAE7C74" w14:textId="77777777" w:rsidR="00590994" w:rsidRPr="007E5F6D" w:rsidRDefault="00CE17A0">
      <w:pPr>
        <w:ind w:firstLine="397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Procijenjena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vrijednost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ukupna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procijenjena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vrijednost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bez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poreza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dodanu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vrijednost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(PDV-a),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uključujući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sve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opcije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moguća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obnavljanja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ugovora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2E95C70" w14:textId="79049D0D" w:rsidR="00590994" w:rsidRDefault="00CE17A0">
      <w:pPr>
        <w:ind w:firstLine="397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Vrijednost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ne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smije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dijeliti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s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namjerom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izbjegavanja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primjene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Zakona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javnoj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nabavi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postupaka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propisanih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ovim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Pravilnikom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109E991" w14:textId="77777777" w:rsidR="001615A5" w:rsidRPr="007E5F6D" w:rsidRDefault="001615A5">
      <w:pPr>
        <w:ind w:firstLine="397"/>
        <w:rPr>
          <w:rFonts w:ascii="Times New Roman" w:hAnsi="Times New Roman" w:cs="Times New Roman"/>
          <w:sz w:val="24"/>
          <w:szCs w:val="24"/>
        </w:rPr>
      </w:pPr>
    </w:p>
    <w:p w14:paraId="6D8BF68C" w14:textId="77777777" w:rsidR="00590994" w:rsidRPr="007E5F6D" w:rsidRDefault="00CE17A0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Članak</w:t>
      </w:r>
      <w:proofErr w:type="spellEnd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3.</w:t>
      </w:r>
    </w:p>
    <w:p w14:paraId="2D7E4C1A" w14:textId="77777777" w:rsidR="00590994" w:rsidRPr="007E5F6D" w:rsidRDefault="00CE17A0">
      <w:pPr>
        <w:ind w:firstLine="397"/>
        <w:rPr>
          <w:rFonts w:ascii="Times New Roman" w:hAnsi="Times New Roman" w:cs="Times New Roman"/>
          <w:sz w:val="24"/>
          <w:szCs w:val="24"/>
        </w:rPr>
      </w:pPr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U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postupcima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jednostavne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Škola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poštuje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načela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javne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osobito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načela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tržišnog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natjecanja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jednakog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tretmana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zabrane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diskriminacije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uzajamnog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priznavanja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razmjernosti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transparentnosti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te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postupa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ekonomično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svrhovito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13A4302" w14:textId="3452449B" w:rsidR="00590994" w:rsidRDefault="00CE17A0">
      <w:pPr>
        <w:ind w:firstLine="397"/>
        <w:rPr>
          <w:rFonts w:ascii="Times New Roman" w:hAnsi="Times New Roman" w:cs="Times New Roman"/>
          <w:color w:val="000000"/>
          <w:sz w:val="24"/>
          <w:szCs w:val="24"/>
        </w:rPr>
      </w:pPr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Na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sprječavanje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prepoznavanje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uklanjanje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sukoba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interesa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odgovarajući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način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primjenjuju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odredbe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Zakona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javnoj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nabavi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31EBB7C" w14:textId="77777777" w:rsidR="001615A5" w:rsidRPr="007E5F6D" w:rsidRDefault="001615A5">
      <w:pPr>
        <w:ind w:firstLine="397"/>
        <w:rPr>
          <w:rFonts w:ascii="Times New Roman" w:hAnsi="Times New Roman" w:cs="Times New Roman"/>
          <w:sz w:val="24"/>
          <w:szCs w:val="24"/>
        </w:rPr>
      </w:pPr>
    </w:p>
    <w:p w14:paraId="13297B19" w14:textId="77777777" w:rsidR="00590994" w:rsidRPr="007E5F6D" w:rsidRDefault="00CE17A0" w:rsidP="006934BB">
      <w:pPr>
        <w:pStyle w:val="Naslov1"/>
        <w:jc w:val="center"/>
        <w:rPr>
          <w:rFonts w:ascii="Times New Roman" w:hAnsi="Times New Roman" w:cs="Times New Roman"/>
          <w:sz w:val="24"/>
          <w:szCs w:val="24"/>
        </w:rPr>
      </w:pPr>
      <w:r w:rsidRPr="007E5F6D">
        <w:rPr>
          <w:rFonts w:ascii="Times New Roman" w:hAnsi="Times New Roman" w:cs="Times New Roman"/>
          <w:color w:val="000000"/>
          <w:sz w:val="24"/>
          <w:szCs w:val="24"/>
        </w:rPr>
        <w:t>II. POKRETANJE I PRIPREMA POSTUPKA</w:t>
      </w:r>
    </w:p>
    <w:p w14:paraId="3964199E" w14:textId="77777777" w:rsidR="00590994" w:rsidRPr="007E5F6D" w:rsidRDefault="00CE17A0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Članak</w:t>
      </w:r>
      <w:proofErr w:type="spellEnd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4.</w:t>
      </w:r>
    </w:p>
    <w:p w14:paraId="50378A54" w14:textId="77777777" w:rsidR="004507B7" w:rsidRPr="007E5F6D" w:rsidRDefault="00CA1950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donosi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plan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kalendarsku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ažurira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ga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potrebi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. U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planu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iskazuju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svi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predmeti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čija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procijenjena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vrijednost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jednaka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veća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od 5.000,00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eura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bez PDV-a, u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javnoj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>.</w:t>
      </w:r>
    </w:p>
    <w:p w14:paraId="7DC2A0BD" w14:textId="77777777" w:rsidR="004507B7" w:rsidRPr="007E5F6D" w:rsidRDefault="00CA1950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prijedlog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iskazati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radnici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potrebama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financijskim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>.</w:t>
      </w:r>
    </w:p>
    <w:p w14:paraId="2E9D65E7" w14:textId="77777777" w:rsidR="004507B7" w:rsidRPr="007E5F6D" w:rsidRDefault="00CA1950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jednostavne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pokreće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ravnatelj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osoba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ravnatelj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za to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ovlasti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provjere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osigurana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je to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potrebno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uvrštena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u plan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>.</w:t>
      </w:r>
    </w:p>
    <w:p w14:paraId="675B107A" w14:textId="77777777" w:rsidR="004507B7" w:rsidRPr="007E5F6D" w:rsidRDefault="00CA1950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predmet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koji mora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iskazan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planu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planiran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prije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pokretanja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plan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mora se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odgovarajuće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izmijeniti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dopuniti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>.</w:t>
      </w:r>
    </w:p>
    <w:p w14:paraId="2B94160D" w14:textId="77777777" w:rsidR="00590994" w:rsidRPr="007E5F6D" w:rsidRDefault="00CE17A0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Članak</w:t>
      </w:r>
      <w:proofErr w:type="spellEnd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5.</w:t>
      </w:r>
    </w:p>
    <w:p w14:paraId="6B1EC29E" w14:textId="5D0B6155" w:rsidR="004507B7" w:rsidRDefault="00CA1950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Predmet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mora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opisan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jasno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nedvojbeno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potpuno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neutralno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omogućuje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usporedivost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ponuda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pogoduje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određenom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gospodarskom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subjektu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>.</w:t>
      </w:r>
    </w:p>
    <w:p w14:paraId="18A1D931" w14:textId="77777777" w:rsidR="001615A5" w:rsidRPr="007E5F6D" w:rsidRDefault="001615A5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161D15B2" w14:textId="77777777" w:rsidR="00590994" w:rsidRPr="007E5F6D" w:rsidRDefault="00CE17A0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Članak</w:t>
      </w:r>
      <w:proofErr w:type="spellEnd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6.</w:t>
      </w:r>
    </w:p>
    <w:p w14:paraId="531E7AEB" w14:textId="77777777" w:rsidR="004507B7" w:rsidRPr="007E5F6D" w:rsidRDefault="00CA1950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E5F6D"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provedbu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postupaka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jednostavne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koji se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provode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Modula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jednostavne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u EOJN RH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ravnatelj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imenuje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stručno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povjerenstvo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najmanje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dva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(2)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>.</w:t>
      </w:r>
    </w:p>
    <w:p w14:paraId="535E714C" w14:textId="77777777" w:rsidR="004507B7" w:rsidRPr="007E5F6D" w:rsidRDefault="00CA1950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Stručno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povjerenstvo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priprema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provodi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jednostavne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priprema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dokumentaciju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poziv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dostavu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ponuda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provodi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otvaranje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pregled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ocjenu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ponuda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sastavlja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zapisnik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nadležnom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tijelu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daje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prijedlog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odabir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ponude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poništenje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>.</w:t>
      </w:r>
    </w:p>
    <w:p w14:paraId="692D47F9" w14:textId="77777777" w:rsidR="004507B7" w:rsidRPr="007E5F6D" w:rsidRDefault="00CA1950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Stručno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povjerenstvo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nema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ovlast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donijeti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odabiru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donosi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ravnatelj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Školski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odbor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ovlastima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utvrđenima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Statutom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>.</w:t>
      </w:r>
    </w:p>
    <w:p w14:paraId="092F13B8" w14:textId="1415E214" w:rsidR="004507B7" w:rsidRDefault="00CA1950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Statutu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sklapanje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pravnog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posla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potrebna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suglasnost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Osnivača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sklopiti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prije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pribavljanja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suglasnosti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>.</w:t>
      </w:r>
    </w:p>
    <w:p w14:paraId="268ED25D" w14:textId="77777777" w:rsidR="001615A5" w:rsidRPr="007E5F6D" w:rsidRDefault="001615A5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6E1441C6" w14:textId="77777777" w:rsidR="004507B7" w:rsidRPr="007E5F6D" w:rsidRDefault="00CA1950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r w:rsidRPr="007E5F6D">
        <w:rPr>
          <w:rFonts w:ascii="Times New Roman" w:hAnsi="Times New Roman" w:cs="Times New Roman"/>
          <w:b/>
          <w:sz w:val="24"/>
          <w:szCs w:val="24"/>
        </w:rPr>
        <w:t>III. POSTUPCI JEDNOSTAVNE NABAVE</w:t>
      </w:r>
    </w:p>
    <w:p w14:paraId="1A2C3128" w14:textId="77777777" w:rsidR="00590994" w:rsidRPr="007E5F6D" w:rsidRDefault="00CE17A0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Članak</w:t>
      </w:r>
      <w:proofErr w:type="spellEnd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7.</w:t>
      </w:r>
    </w:p>
    <w:p w14:paraId="2C66987C" w14:textId="77777777" w:rsidR="004507B7" w:rsidRPr="007E5F6D" w:rsidRDefault="00CA1950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Postupci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jednostavne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procijenjene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vrijednosti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manje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od 5.000,00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eura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bez PDV-a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provode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prikupljanjem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najmanje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jedne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(1)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ponude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temelju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prethodnog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odobrenja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ravnatelja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provesti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radnik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kojeg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ravnatelj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za to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odredi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. Za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ove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obvezno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imenovanje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stručnog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povjerenstva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Ponuda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čija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cijena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prelazi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procijenjenu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vrijednost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propisanu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ovim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stavkom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odbit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neprihvatljiva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>.</w:t>
      </w:r>
    </w:p>
    <w:p w14:paraId="76F4956D" w14:textId="77777777" w:rsidR="004507B7" w:rsidRPr="007E5F6D" w:rsidRDefault="00CA1950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sz w:val="24"/>
          <w:szCs w:val="24"/>
        </w:rPr>
        <w:t>Jednostavna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procijenjene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vrijednosti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jednake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veće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od 5.000,00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eura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manje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jednake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od 25.000,00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eura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robu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usluge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manje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jednake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od 45.000,00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eura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radove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provodi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Modula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jednostavne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u EOJN RH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slanjem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dostavu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ponuda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najmanje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tri (3)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gospodarska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subjekta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javnom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objavom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ovim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Pravilnikom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Ponuda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čija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cijena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prelazi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iznose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najvećih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procijenjenih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vrijednosti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propisanih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ovim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stavkom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odbit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neprihvatljiva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osim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proveden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javnom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objavom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Modulu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jednostavne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>.</w:t>
      </w:r>
    </w:p>
    <w:p w14:paraId="20156246" w14:textId="77777777" w:rsidR="004507B7" w:rsidRPr="007E5F6D" w:rsidRDefault="00CA1950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Odabir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gospodarskih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subjekata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kojima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upućuje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dostavu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ponuda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mora se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provoditi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osigurava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tržišno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natjecanje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jednako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postupanje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transparentnost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učinkovito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korištenje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>.</w:t>
      </w:r>
    </w:p>
    <w:p w14:paraId="6F67CBA7" w14:textId="77777777" w:rsidR="004507B7" w:rsidRPr="007E5F6D" w:rsidRDefault="00CA1950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provedenog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stručno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povjerenstvo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sastavlja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zapisnik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pregledu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ocjeni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ponuda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daje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prijedlog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odabir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ponude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poništenje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>.</w:t>
      </w:r>
    </w:p>
    <w:p w14:paraId="7BFCB6A8" w14:textId="77777777" w:rsidR="004507B7" w:rsidRPr="007E5F6D" w:rsidRDefault="00CA1950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odabiru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donosi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nadležno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tijelo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Statutom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>.</w:t>
      </w:r>
    </w:p>
    <w:p w14:paraId="28F847F0" w14:textId="77777777" w:rsidR="00590994" w:rsidRPr="007E5F6D" w:rsidRDefault="00CE17A0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Članak</w:t>
      </w:r>
      <w:proofErr w:type="spellEnd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8.</w:t>
      </w:r>
    </w:p>
    <w:p w14:paraId="57EC943C" w14:textId="77777777" w:rsidR="004507B7" w:rsidRPr="007E5F6D" w:rsidRDefault="00CA1950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sz w:val="24"/>
          <w:szCs w:val="24"/>
        </w:rPr>
        <w:t>Jednostavna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procijenjene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vrijednosti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veće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od 25.000,00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eura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robu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usluge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veće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od 45.000,00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eura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radove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provodi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objave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Modulu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jednostavne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EOJN RH.</w:t>
      </w:r>
    </w:p>
    <w:p w14:paraId="29FF97AB" w14:textId="77777777" w:rsidR="004507B7" w:rsidRPr="007E5F6D" w:rsidRDefault="00CA1950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Ponuda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čija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cijena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jednaka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veća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zakonskog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praga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primjenu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postupaka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odbit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neprihvatljiva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>.</w:t>
      </w:r>
    </w:p>
    <w:p w14:paraId="4D6A34BE" w14:textId="77777777" w:rsidR="004507B7" w:rsidRPr="007E5F6D" w:rsidRDefault="00CA1950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sz w:val="24"/>
          <w:szCs w:val="24"/>
        </w:rPr>
        <w:lastRenderedPageBreak/>
        <w:t>Nabava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procijenjene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vrijednosti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jednake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veće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od 50.000,00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eura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bez PDV-a za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robu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usluge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jednake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veće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od 100.000,00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eura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bez PDV-a za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radove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ne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smatra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jednostavnom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nabavom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provodi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sukladno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Zakonu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javnoj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>.</w:t>
      </w:r>
    </w:p>
    <w:p w14:paraId="7E762AA5" w14:textId="77777777" w:rsidR="00590994" w:rsidRPr="007E5F6D" w:rsidRDefault="00CE17A0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Članak</w:t>
      </w:r>
      <w:proofErr w:type="spellEnd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9.</w:t>
      </w:r>
    </w:p>
    <w:p w14:paraId="164F030A" w14:textId="77777777" w:rsidR="00590994" w:rsidRPr="007E5F6D" w:rsidRDefault="00CE17A0">
      <w:pPr>
        <w:ind w:firstLine="397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Iznimno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od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pravila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broju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gospodarskih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subjekata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javnoj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objavi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postupak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može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provesti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pozivom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manjem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broju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gospodarskih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subjekata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slučajevima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dopuštenim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Zakonom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osobito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70345D4A" w14:textId="77777777" w:rsidR="00590994" w:rsidRPr="007E5F6D" w:rsidRDefault="00CE17A0">
      <w:pPr>
        <w:pStyle w:val="Grafikeoznake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prethodno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provedenom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postupku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nije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podnesena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nijedna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nijedna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valjana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pod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uvjetom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početni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uvjeti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nisu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bitno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izmijenjeni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3EBC4BD" w14:textId="77777777" w:rsidR="00590994" w:rsidRPr="007E5F6D" w:rsidRDefault="00CE17A0">
      <w:pPr>
        <w:pStyle w:val="Grafikeoznake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zbog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objektivnih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razloga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predmet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može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izvršiti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isporučiti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pružiti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samo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određeni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gospodarski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subjekt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uključujući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tehničke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razloge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zaštitu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isključivih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prava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6E74D05" w14:textId="77777777" w:rsidR="00590994" w:rsidRPr="007E5F6D" w:rsidRDefault="00CE17A0">
      <w:pPr>
        <w:pStyle w:val="Grafikeoznake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postoji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iznimna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žurnost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uzrokovana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događajima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koje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Škola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nije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mogla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predvidjeti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niti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njih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utjecati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28281CD" w14:textId="77777777" w:rsidR="00590994" w:rsidRPr="007E5F6D" w:rsidRDefault="00CE17A0">
      <w:pPr>
        <w:ind w:firstLine="397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Primjena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iznimke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mora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biti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obrazložena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dokumentirana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a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kada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postupak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provodi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Modulu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jednostavne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obrazloženje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navodi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u tom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Modulu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3BA45CD" w14:textId="77777777" w:rsidR="00590994" w:rsidRPr="007E5F6D" w:rsidRDefault="00CE17A0" w:rsidP="00B3194D">
      <w:pPr>
        <w:pStyle w:val="Naslov1"/>
        <w:jc w:val="center"/>
        <w:rPr>
          <w:rFonts w:ascii="Times New Roman" w:hAnsi="Times New Roman" w:cs="Times New Roman"/>
          <w:sz w:val="24"/>
          <w:szCs w:val="24"/>
        </w:rPr>
      </w:pPr>
      <w:r w:rsidRPr="007E5F6D">
        <w:rPr>
          <w:rFonts w:ascii="Times New Roman" w:hAnsi="Times New Roman" w:cs="Times New Roman"/>
          <w:color w:val="000000"/>
          <w:sz w:val="24"/>
          <w:szCs w:val="24"/>
        </w:rPr>
        <w:t>IV. ZAHTJEV ZA DOSTAVU PONUDA I PONUDE</w:t>
      </w:r>
    </w:p>
    <w:p w14:paraId="0C14A962" w14:textId="77777777" w:rsidR="00590994" w:rsidRPr="007E5F6D" w:rsidRDefault="00CE17A0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Članak</w:t>
      </w:r>
      <w:proofErr w:type="spellEnd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10.</w:t>
      </w:r>
    </w:p>
    <w:p w14:paraId="0FB2DB43" w14:textId="77777777" w:rsidR="00590994" w:rsidRPr="007E5F6D" w:rsidRDefault="00CE17A0">
      <w:pPr>
        <w:ind w:firstLine="397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Zahtjev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dostavu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sadrži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najmanje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podatke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Školi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evidencijski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kada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primjenjivo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predmet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procijenjenu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vrijednost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opis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količinu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tehničke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specifikacije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troškovnik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dostavu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mjesto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izvršenja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te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kriterij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odabir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B9257D4" w14:textId="77777777" w:rsidR="00590994" w:rsidRPr="007E5F6D" w:rsidRDefault="00CE17A0">
      <w:pPr>
        <w:ind w:firstLine="397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Zahtjev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može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sadržavati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osnove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isključenja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uvjete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sposobnosti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jamstva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posebne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uvjete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izvršenja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druge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podatke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potrebne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provedbu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8404C97" w14:textId="77777777" w:rsidR="00590994" w:rsidRPr="007E5F6D" w:rsidRDefault="00CE17A0">
      <w:pPr>
        <w:ind w:firstLine="397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Zahtjev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dostavu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šalje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istodobno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svim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pozvanim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gospodarskim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subjektima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5C6F7E5" w14:textId="77777777" w:rsidR="00590994" w:rsidRPr="007E5F6D" w:rsidRDefault="00CE17A0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Članak</w:t>
      </w:r>
      <w:proofErr w:type="spellEnd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11.</w:t>
      </w:r>
    </w:p>
    <w:p w14:paraId="6D21117D" w14:textId="77777777" w:rsidR="00590994" w:rsidRPr="007E5F6D" w:rsidRDefault="00CE17A0">
      <w:pPr>
        <w:ind w:firstLine="397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dostavu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iznosi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pravilu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najmanje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pet dana od dana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slanja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zahtjeva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objave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8A8C7A5" w14:textId="77777777" w:rsidR="00590994" w:rsidRPr="007E5F6D" w:rsidRDefault="00CE17A0">
      <w:pPr>
        <w:ind w:firstLine="397"/>
        <w:rPr>
          <w:rFonts w:ascii="Times New Roman" w:hAnsi="Times New Roman" w:cs="Times New Roman"/>
          <w:sz w:val="24"/>
          <w:szCs w:val="24"/>
        </w:rPr>
      </w:pPr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U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opravdanim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slučajevima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može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odrediti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kraći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objektivno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dovoljan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pripremu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dostavu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DFFD9AF" w14:textId="77777777" w:rsidR="00590994" w:rsidRPr="007E5F6D" w:rsidRDefault="00CE17A0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Članak</w:t>
      </w:r>
      <w:proofErr w:type="spellEnd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12.</w:t>
      </w:r>
    </w:p>
    <w:p w14:paraId="0B4EF920" w14:textId="77777777" w:rsidR="00590994" w:rsidRPr="007E5F6D" w:rsidRDefault="00CE17A0">
      <w:pPr>
        <w:ind w:firstLine="397"/>
        <w:rPr>
          <w:rFonts w:ascii="Times New Roman" w:hAnsi="Times New Roman" w:cs="Times New Roman"/>
          <w:color w:val="0070C0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dostavljaju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način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određen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zahtjevom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dostavu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putem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EOJN RH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drugim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dopuštenim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elektroničkim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sredstvom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komunikacije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FB7FF7D" w14:textId="77777777" w:rsidR="00590994" w:rsidRPr="007E5F6D" w:rsidRDefault="00CE17A0">
      <w:pPr>
        <w:ind w:firstLine="397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Otvaranje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nije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javno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zaprimljene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nakon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isteka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dostavu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neće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razmatrati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0D14777" w14:textId="77777777" w:rsidR="00590994" w:rsidRPr="007E5F6D" w:rsidRDefault="00CE17A0" w:rsidP="00B3194D">
      <w:pPr>
        <w:pStyle w:val="Naslov1"/>
        <w:jc w:val="center"/>
        <w:rPr>
          <w:rFonts w:ascii="Times New Roman" w:hAnsi="Times New Roman" w:cs="Times New Roman"/>
          <w:sz w:val="24"/>
          <w:szCs w:val="24"/>
        </w:rPr>
      </w:pPr>
      <w:r w:rsidRPr="007E5F6D">
        <w:rPr>
          <w:rFonts w:ascii="Times New Roman" w:hAnsi="Times New Roman" w:cs="Times New Roman"/>
          <w:color w:val="000000"/>
          <w:sz w:val="24"/>
          <w:szCs w:val="24"/>
        </w:rPr>
        <w:t>V. PREGLED, OCJENA I ODABIR PONUDE</w:t>
      </w:r>
    </w:p>
    <w:p w14:paraId="77AF46D1" w14:textId="77777777" w:rsidR="00590994" w:rsidRPr="007E5F6D" w:rsidRDefault="00CE17A0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Članak</w:t>
      </w:r>
      <w:proofErr w:type="spellEnd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13.</w:t>
      </w:r>
    </w:p>
    <w:p w14:paraId="1A3CAEAC" w14:textId="77777777" w:rsidR="00590994" w:rsidRPr="007E5F6D" w:rsidRDefault="00CE17A0">
      <w:pPr>
        <w:ind w:firstLine="397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Pravodobno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zaprimljene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pregledavaju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ocjenjuju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prema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uvjetima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zahtjevima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iz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zahtjeva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dostavu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505CD55" w14:textId="77777777" w:rsidR="00590994" w:rsidRPr="007E5F6D" w:rsidRDefault="00CE17A0">
      <w:pPr>
        <w:ind w:firstLine="397"/>
        <w:rPr>
          <w:rFonts w:ascii="Times New Roman" w:hAnsi="Times New Roman" w:cs="Times New Roman"/>
          <w:color w:val="0070C0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uspoređuju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temelju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cijene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bez PDV-a,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osim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kao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kriterij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određen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kriterij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ekonomski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najpovoljnije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AA30F57" w14:textId="77777777" w:rsidR="00590994" w:rsidRPr="007E5F6D" w:rsidRDefault="00CE17A0">
      <w:pPr>
        <w:ind w:firstLine="397"/>
        <w:rPr>
          <w:rFonts w:ascii="Times New Roman" w:hAnsi="Times New Roman" w:cs="Times New Roman"/>
          <w:color w:val="0070C0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lastRenderedPageBreak/>
        <w:t>Ako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zaprimljeno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više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postupak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proveden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Modulu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jednostavne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sastavlja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zapisnik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pregledu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ocjeni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C90782A" w14:textId="77777777" w:rsidR="00590994" w:rsidRPr="007E5F6D" w:rsidRDefault="00CE17A0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Članak</w:t>
      </w:r>
      <w:proofErr w:type="spellEnd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14.</w:t>
      </w:r>
    </w:p>
    <w:p w14:paraId="1D5EAAE4" w14:textId="77777777" w:rsidR="004507B7" w:rsidRPr="007E5F6D" w:rsidRDefault="00CA1950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E5F6D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temelju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rezultata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pregleda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ocjene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ponuda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stručno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povjerenstvo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sastavlja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zapisnik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daje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prijedlog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odabir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ponude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poništenje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>.</w:t>
      </w:r>
    </w:p>
    <w:p w14:paraId="53CEB92E" w14:textId="77777777" w:rsidR="004507B7" w:rsidRPr="007E5F6D" w:rsidRDefault="00CA1950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odabiru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donosi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ravnatelj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Školski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odbor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ovlastima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utvrđenima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Statutom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>.</w:t>
      </w:r>
    </w:p>
    <w:p w14:paraId="3CA2F712" w14:textId="77777777" w:rsidR="004507B7" w:rsidRPr="007E5F6D" w:rsidRDefault="00CA1950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Statutu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sklapanje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pravnog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posla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potrebna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suglasnost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Osnivača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se ne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smije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sklopiti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prije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pribavljanja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suglasnosti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>.</w:t>
      </w:r>
    </w:p>
    <w:p w14:paraId="52ED53D1" w14:textId="77777777" w:rsidR="004507B7" w:rsidRPr="007E5F6D" w:rsidRDefault="00CA1950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Odluka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dostavlja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objavljuje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propisan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konkretni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>.</w:t>
      </w:r>
    </w:p>
    <w:p w14:paraId="75B55070" w14:textId="77777777" w:rsidR="00590994" w:rsidRPr="007E5F6D" w:rsidRDefault="00CE17A0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Članak</w:t>
      </w:r>
      <w:proofErr w:type="spellEnd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15.</w:t>
      </w:r>
    </w:p>
    <w:p w14:paraId="47DBDEE2" w14:textId="77777777" w:rsidR="00590994" w:rsidRPr="007E5F6D" w:rsidRDefault="00CE17A0">
      <w:pPr>
        <w:ind w:firstLine="397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dvije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više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valjanih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jednako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rangirane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prema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kriteriju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odabir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odabire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koja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zaprimljena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ranije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osim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je u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zahtjevu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dostavu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određen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drugi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objektivan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način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razrješenja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jednakog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rangiranja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9026A3A" w14:textId="77777777" w:rsidR="00590994" w:rsidRPr="007E5F6D" w:rsidRDefault="00CE17A0">
      <w:pPr>
        <w:ind w:firstLine="397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Odabranom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ponuditelju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izdaje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narudžbenica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se s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njim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sklapa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ugovor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nabavi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CB22303" w14:textId="77777777" w:rsidR="00590994" w:rsidRPr="007E5F6D" w:rsidRDefault="00CE17A0" w:rsidP="002607B0">
      <w:pPr>
        <w:pStyle w:val="Naslov1"/>
        <w:jc w:val="center"/>
        <w:rPr>
          <w:rFonts w:ascii="Times New Roman" w:hAnsi="Times New Roman" w:cs="Times New Roman"/>
          <w:sz w:val="24"/>
          <w:szCs w:val="24"/>
        </w:rPr>
      </w:pPr>
      <w:r w:rsidRPr="007E5F6D">
        <w:rPr>
          <w:rFonts w:ascii="Times New Roman" w:hAnsi="Times New Roman" w:cs="Times New Roman"/>
          <w:color w:val="000000"/>
          <w:sz w:val="24"/>
          <w:szCs w:val="24"/>
        </w:rPr>
        <w:t>VI. PONIŠTENJE POSTUPKA</w:t>
      </w:r>
    </w:p>
    <w:p w14:paraId="68F6122A" w14:textId="77777777" w:rsidR="00590994" w:rsidRPr="007E5F6D" w:rsidRDefault="00CE17A0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Članak</w:t>
      </w:r>
      <w:proofErr w:type="spellEnd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16.</w:t>
      </w:r>
    </w:p>
    <w:p w14:paraId="4323BA90" w14:textId="77777777" w:rsidR="00590994" w:rsidRPr="007E5F6D" w:rsidRDefault="00CE17A0">
      <w:pPr>
        <w:ind w:firstLine="397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Postupak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jednostavne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poništit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će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osobito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postanu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poznate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okolnosti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zbog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kojih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postupak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ne bi bio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pokrenut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bi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zahtjev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bio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sadržajno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bitno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drukčiji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nije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pristigla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nijedna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nema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nijedne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valjane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cijena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svih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doseže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prelazi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zakonski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prag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jednostavne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najpovoljnija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prelazi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procijenjenu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vrijednost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sredstva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nisu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osigurana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poništenje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potrebno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radi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zaštite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javnog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interesa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CB8EFF7" w14:textId="77777777" w:rsidR="00590994" w:rsidRPr="007E5F6D" w:rsidRDefault="00CE17A0">
      <w:pPr>
        <w:ind w:firstLine="397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Odluka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obavijest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poništenju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dostavlja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gospodarskim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subjektima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način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koji je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postupak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proveden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DDAC5C6" w14:textId="77777777" w:rsidR="00590994" w:rsidRPr="007E5F6D" w:rsidRDefault="00CE17A0" w:rsidP="002607B0">
      <w:pPr>
        <w:pStyle w:val="Naslov1"/>
        <w:jc w:val="center"/>
        <w:rPr>
          <w:rFonts w:ascii="Times New Roman" w:hAnsi="Times New Roman" w:cs="Times New Roman"/>
          <w:sz w:val="24"/>
          <w:szCs w:val="24"/>
        </w:rPr>
      </w:pPr>
      <w:r w:rsidRPr="007E5F6D">
        <w:rPr>
          <w:rFonts w:ascii="Times New Roman" w:hAnsi="Times New Roman" w:cs="Times New Roman"/>
          <w:color w:val="000000"/>
          <w:sz w:val="24"/>
          <w:szCs w:val="24"/>
        </w:rPr>
        <w:t>VII. PRAVNA ZAŠTITA - PRIGOVOR</w:t>
      </w:r>
    </w:p>
    <w:p w14:paraId="7CE21E1C" w14:textId="77777777" w:rsidR="00590994" w:rsidRPr="007E5F6D" w:rsidRDefault="00CE17A0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Članak</w:t>
      </w:r>
      <w:proofErr w:type="spellEnd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17.</w:t>
      </w:r>
    </w:p>
    <w:p w14:paraId="09AA08A5" w14:textId="77777777" w:rsidR="004507B7" w:rsidRPr="007E5F6D" w:rsidRDefault="00CA1950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E5F6D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postupcima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jednostavne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čija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procijenjena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vrijednost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veća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od 15.000,00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eura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ponuditelj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koji je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pretrpio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bi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mogao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pretrpjeti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štetu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zbog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navodnog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kršenja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svojih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pravo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izjaviti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prigovor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ravnatelju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od pet (5) dana od dana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objave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dostave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odabiru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>.</w:t>
      </w:r>
    </w:p>
    <w:p w14:paraId="5B1A47C7" w14:textId="77777777" w:rsidR="004507B7" w:rsidRPr="007E5F6D" w:rsidRDefault="00CA1950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Prigovor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podnosi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Modula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jednostavne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EOJN RH.</w:t>
      </w:r>
    </w:p>
    <w:p w14:paraId="1A409315" w14:textId="77777777" w:rsidR="004507B7" w:rsidRPr="007E5F6D" w:rsidRDefault="00CA1950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Podnošenje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prigovora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odgađa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sklapanje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izdavanje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narudžbenice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>.</w:t>
      </w:r>
    </w:p>
    <w:p w14:paraId="3A5754C9" w14:textId="77777777" w:rsidR="00590994" w:rsidRPr="007E5F6D" w:rsidRDefault="00CE17A0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Članak</w:t>
      </w:r>
      <w:proofErr w:type="spellEnd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18.</w:t>
      </w:r>
    </w:p>
    <w:p w14:paraId="435C79C9" w14:textId="77777777" w:rsidR="00590994" w:rsidRPr="007E5F6D" w:rsidRDefault="00CE17A0">
      <w:pPr>
        <w:ind w:firstLine="397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Prigovor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mora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sadržavati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podatke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podnositelju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oznaku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postupka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odluku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koju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odnosi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te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kratko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obrazloženje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činjenica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navoda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kojima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temelji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DB8FAE5" w14:textId="77777777" w:rsidR="00590994" w:rsidRPr="007E5F6D" w:rsidRDefault="00CE17A0">
      <w:pPr>
        <w:ind w:firstLine="397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prigovor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nerazumljiv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nepotpun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način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koji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onemogućuje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postupanje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podnositelj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će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pozvati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da u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od tri dana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otkloni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nedostatke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C7E0C17" w14:textId="77777777" w:rsidR="00590994" w:rsidRPr="007E5F6D" w:rsidRDefault="00CE17A0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Članak</w:t>
      </w:r>
      <w:proofErr w:type="spellEnd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19.</w:t>
      </w:r>
    </w:p>
    <w:p w14:paraId="1AA2B396" w14:textId="77777777" w:rsidR="004507B7" w:rsidRPr="007E5F6D" w:rsidRDefault="00CA1950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E5F6D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odlučivanja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prigovoru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ravnatelj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obustaviti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podnositelj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odustane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prigovora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odbaciti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prigovor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koji je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nedopušten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nepravodoban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izjavljen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neovlaštene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osobe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neuredan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odbiti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prigovor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neosnovan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usvojiti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prigovor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poništiti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odabiru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čega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provesti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ponovni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pregled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ocjena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ponuda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donijeti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nova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odluka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odabiru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>.</w:t>
      </w:r>
    </w:p>
    <w:p w14:paraId="6ED0442D" w14:textId="77777777" w:rsidR="004507B7" w:rsidRPr="007E5F6D" w:rsidRDefault="00CA1950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Odluka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prigovoru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dostavlja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podnositelju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Modula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jednostavne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EOJN RH.</w:t>
      </w:r>
    </w:p>
    <w:p w14:paraId="46D46583" w14:textId="77777777" w:rsidR="004507B7" w:rsidRPr="007E5F6D" w:rsidRDefault="00CA1950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r w:rsidRPr="007E5F6D">
        <w:rPr>
          <w:rFonts w:ascii="Times New Roman" w:hAnsi="Times New Roman" w:cs="Times New Roman"/>
          <w:b/>
          <w:sz w:val="24"/>
          <w:szCs w:val="24"/>
        </w:rPr>
        <w:t>VIII. SKLAPANJE, IZVRŠENJE I EVIDENCIJA</w:t>
      </w:r>
    </w:p>
    <w:p w14:paraId="5D473378" w14:textId="77777777" w:rsidR="00590994" w:rsidRPr="007E5F6D" w:rsidRDefault="00CE17A0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Članak</w:t>
      </w:r>
      <w:proofErr w:type="spellEnd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20.</w:t>
      </w:r>
    </w:p>
    <w:p w14:paraId="0F8E7D7B" w14:textId="77777777" w:rsidR="004507B7" w:rsidRPr="007E5F6D" w:rsidRDefault="00CA1950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narudžbenicu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potpisuje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izdaje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ravnatelj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osoba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ovlaštena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zastupanje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odabiru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donijelo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tijelo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nadležno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Statutu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je,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je to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potrebno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Statutu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pribavljena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suglasnost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Osnivača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>.</w:t>
      </w:r>
    </w:p>
    <w:p w14:paraId="687086F6" w14:textId="77777777" w:rsidR="004507B7" w:rsidRPr="007E5F6D" w:rsidRDefault="00CA1950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E5F6D"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procijenjene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vrijednosti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veće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od 15.000,00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eura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narudžbenica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smije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sklopiti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izdati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prije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isteka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roka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podnošenje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prigovora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prigovor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pravodobno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podnesen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se ne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smije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sklopiti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niti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narudžbenica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izdati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dostave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prigovoru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>.</w:t>
      </w:r>
    </w:p>
    <w:p w14:paraId="3FF67CCF" w14:textId="77777777" w:rsidR="004507B7" w:rsidRPr="007E5F6D" w:rsidRDefault="00CA1950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Iznimno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prethodnog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stavka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podnošenje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prigovora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odgađa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sklapanje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izdavanje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narudžbenice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je u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zaprimljena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samo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jedna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ponuda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ujedno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odabrana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>.</w:t>
      </w:r>
    </w:p>
    <w:p w14:paraId="6E1EEB30" w14:textId="77777777" w:rsidR="004507B7" w:rsidRPr="007E5F6D" w:rsidRDefault="00CA1950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narudžbenica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druga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dokumentacija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moraju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uvjetima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provedenog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odabranom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ponudom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>.</w:t>
      </w:r>
    </w:p>
    <w:p w14:paraId="3331700C" w14:textId="77777777" w:rsidR="00590994" w:rsidRPr="007E5F6D" w:rsidRDefault="00CE17A0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Članak</w:t>
      </w:r>
      <w:proofErr w:type="spellEnd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21.</w:t>
      </w:r>
    </w:p>
    <w:p w14:paraId="0AA44D83" w14:textId="77777777" w:rsidR="00590994" w:rsidRPr="007E5F6D" w:rsidRDefault="00CE17A0">
      <w:pPr>
        <w:ind w:firstLine="397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Škola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dužna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osigurati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revizijski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trag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postupka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jednostavne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uključujući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zahtjev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dostavu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dokaze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slanju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objavi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zaprimljene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zapisnik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pregledu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ocjeni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kada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primjenjiv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odluku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obavijest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odabiru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poništenju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narudžbenicu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ugovor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njihove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C3E4333" w14:textId="77777777" w:rsidR="00590994" w:rsidRPr="007E5F6D" w:rsidRDefault="00CE17A0">
      <w:pPr>
        <w:ind w:firstLine="397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Dokumentacija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čuva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najmanje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četiri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godine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od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izdavanja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narudžbenice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sklapanja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ugovora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osim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posebnim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propisom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nije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određen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dulji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BA4E699" w14:textId="77777777" w:rsidR="00590994" w:rsidRPr="007E5F6D" w:rsidRDefault="00CE17A0">
      <w:pPr>
        <w:ind w:firstLine="397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Izvršenje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ugovora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narudžbenica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prati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osoba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koju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odredi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ravnatelj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u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suradnji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s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računovodstvom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Škole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02F6B13" w14:textId="77777777" w:rsidR="00590994" w:rsidRPr="007E5F6D" w:rsidRDefault="00CE17A0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Članak</w:t>
      </w:r>
      <w:proofErr w:type="spellEnd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22.</w:t>
      </w:r>
    </w:p>
    <w:p w14:paraId="162B9C89" w14:textId="77777777" w:rsidR="004507B7" w:rsidRPr="007E5F6D" w:rsidRDefault="00CA1950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vodi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ažurno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objavljuje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registar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javnoj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okvirnih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sporazuma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javnoj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pravilima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EOJN RH.</w:t>
      </w:r>
    </w:p>
    <w:p w14:paraId="2220E513" w14:textId="77777777" w:rsidR="004507B7" w:rsidRPr="007E5F6D" w:rsidRDefault="00CA1950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E5F6D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registru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navode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predmeti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čija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procijenjena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vrijednost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jednaka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veća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od 5.000,00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eura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bez PDV-a,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predmeti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Zakonu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potrebno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evidentirati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>.</w:t>
      </w:r>
    </w:p>
    <w:p w14:paraId="6300D14F" w14:textId="77777777" w:rsidR="004507B7" w:rsidRPr="007E5F6D" w:rsidRDefault="00CA1950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E5F6D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izmjene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narudžbenica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odgovarajući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primjenjuju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odredbe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javnoj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nabavi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uređuju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izmjene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tijekom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njegova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sz w:val="24"/>
          <w:szCs w:val="24"/>
        </w:rPr>
        <w:t>trajanja</w:t>
      </w:r>
      <w:proofErr w:type="spellEnd"/>
      <w:r w:rsidRPr="007E5F6D">
        <w:rPr>
          <w:rFonts w:ascii="Times New Roman" w:hAnsi="Times New Roman" w:cs="Times New Roman"/>
          <w:sz w:val="24"/>
          <w:szCs w:val="24"/>
        </w:rPr>
        <w:t>.</w:t>
      </w:r>
    </w:p>
    <w:p w14:paraId="316AA183" w14:textId="77777777" w:rsidR="004507B7" w:rsidRPr="007E5F6D" w:rsidRDefault="00CA1950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r w:rsidRPr="007E5F6D">
        <w:rPr>
          <w:rFonts w:ascii="Times New Roman" w:hAnsi="Times New Roman" w:cs="Times New Roman"/>
          <w:b/>
          <w:sz w:val="24"/>
          <w:szCs w:val="24"/>
        </w:rPr>
        <w:lastRenderedPageBreak/>
        <w:t>IX. OBJAVA OPĆEG AKTA</w:t>
      </w:r>
    </w:p>
    <w:p w14:paraId="62C2E1F3" w14:textId="77777777" w:rsidR="00590994" w:rsidRPr="007E5F6D" w:rsidRDefault="00CE17A0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Članak</w:t>
      </w:r>
      <w:proofErr w:type="spellEnd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23.</w:t>
      </w:r>
    </w:p>
    <w:p w14:paraId="69630C6E" w14:textId="77777777" w:rsidR="00590994" w:rsidRPr="007E5F6D" w:rsidRDefault="00CE17A0">
      <w:pPr>
        <w:ind w:firstLine="397"/>
        <w:rPr>
          <w:rFonts w:ascii="Times New Roman" w:hAnsi="Times New Roman" w:cs="Times New Roman"/>
          <w:color w:val="0070C0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Ovaj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Pravilnik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njegove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objavljuju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mrežnim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stranicama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Škole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te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čine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dostupnima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u EOJN RH u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skladu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Zakonom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javnoj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nabavi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7E0BA0B" w14:textId="77777777" w:rsidR="00590994" w:rsidRPr="007E5F6D" w:rsidRDefault="00CE17A0" w:rsidP="002607B0">
      <w:pPr>
        <w:pStyle w:val="Naslov1"/>
        <w:jc w:val="center"/>
        <w:rPr>
          <w:rFonts w:ascii="Times New Roman" w:hAnsi="Times New Roman" w:cs="Times New Roman"/>
          <w:sz w:val="24"/>
          <w:szCs w:val="24"/>
        </w:rPr>
      </w:pPr>
      <w:r w:rsidRPr="007E5F6D">
        <w:rPr>
          <w:rFonts w:ascii="Times New Roman" w:hAnsi="Times New Roman" w:cs="Times New Roman"/>
          <w:color w:val="000000"/>
          <w:sz w:val="24"/>
          <w:szCs w:val="24"/>
        </w:rPr>
        <w:t>X. PRIJELAZNE I ZAVRŠNE ODREDBE</w:t>
      </w:r>
    </w:p>
    <w:p w14:paraId="234E08EC" w14:textId="77777777" w:rsidR="00590994" w:rsidRPr="007E5F6D" w:rsidRDefault="00CE17A0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Članak</w:t>
      </w:r>
      <w:proofErr w:type="spellEnd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24.</w:t>
      </w:r>
    </w:p>
    <w:p w14:paraId="03B8FFCF" w14:textId="77777777" w:rsidR="00590994" w:rsidRPr="007E5F6D" w:rsidRDefault="00CE17A0">
      <w:pPr>
        <w:ind w:firstLine="397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Postupci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jednostavne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započeti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prije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1.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rujna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2026.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dovršit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će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prema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pravilima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koja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vrijedila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trenutku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njihova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pokretanja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B3A52E8" w14:textId="77777777" w:rsidR="00590994" w:rsidRPr="007E5F6D" w:rsidRDefault="00CE17A0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Članak</w:t>
      </w:r>
      <w:proofErr w:type="spellEnd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25.</w:t>
      </w:r>
    </w:p>
    <w:p w14:paraId="378B7CA7" w14:textId="49EA24E9" w:rsidR="00590994" w:rsidRPr="007E5F6D" w:rsidRDefault="00CE17A0">
      <w:pPr>
        <w:ind w:firstLine="397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Danom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stupanja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snagu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ovoga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Pravilnika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prestaje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važiti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Pravilnik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o</w:t>
      </w:r>
      <w:r w:rsidR="001137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113725">
        <w:rPr>
          <w:rFonts w:ascii="Times New Roman" w:hAnsi="Times New Roman" w:cs="Times New Roman"/>
          <w:color w:val="000000"/>
          <w:sz w:val="24"/>
          <w:szCs w:val="24"/>
        </w:rPr>
        <w:t>provedbi</w:t>
      </w:r>
      <w:proofErr w:type="spellEnd"/>
      <w:r w:rsidR="001137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jednostavn</w:t>
      </w:r>
      <w:r w:rsidR="00113725">
        <w:rPr>
          <w:rFonts w:ascii="Times New Roman" w:hAnsi="Times New Roman" w:cs="Times New Roman"/>
          <w:color w:val="000000"/>
          <w:sz w:val="24"/>
          <w:szCs w:val="24"/>
        </w:rPr>
        <w:t>e</w:t>
      </w:r>
      <w:proofErr w:type="spellEnd"/>
      <w:proofErr w:type="gramEnd"/>
      <w:r w:rsidR="001137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nabav</w:t>
      </w:r>
      <w:r w:rsidR="00E67286">
        <w:rPr>
          <w:rFonts w:ascii="Times New Roman" w:hAnsi="Times New Roman" w:cs="Times New Roman"/>
          <w:color w:val="000000"/>
          <w:sz w:val="24"/>
          <w:szCs w:val="24"/>
        </w:rPr>
        <w:t>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Osnovne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škole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11837">
        <w:rPr>
          <w:rFonts w:ascii="Times New Roman" w:hAnsi="Times New Roman" w:cs="Times New Roman"/>
          <w:color w:val="000000"/>
          <w:sz w:val="24"/>
          <w:szCs w:val="24"/>
        </w:rPr>
        <w:t>Ivanja</w:t>
      </w:r>
      <w:proofErr w:type="spellEnd"/>
      <w:r w:rsidR="003118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11837">
        <w:rPr>
          <w:rFonts w:ascii="Times New Roman" w:hAnsi="Times New Roman" w:cs="Times New Roman"/>
          <w:color w:val="000000"/>
          <w:sz w:val="24"/>
          <w:szCs w:val="24"/>
        </w:rPr>
        <w:t>Reka</w:t>
      </w:r>
      <w:proofErr w:type="spellEnd"/>
      <w:r w:rsidR="003118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E6943">
        <w:rPr>
          <w:rFonts w:ascii="Times New Roman" w:hAnsi="Times New Roman" w:cs="Times New Roman"/>
          <w:color w:val="000000"/>
          <w:sz w:val="24"/>
          <w:szCs w:val="24"/>
        </w:rPr>
        <w:t xml:space="preserve">(KLASA: </w:t>
      </w:r>
      <w:r w:rsidR="00E67286">
        <w:rPr>
          <w:rFonts w:ascii="Times New Roman" w:hAnsi="Times New Roman" w:cs="Times New Roman"/>
          <w:color w:val="000000"/>
          <w:sz w:val="24"/>
          <w:szCs w:val="24"/>
        </w:rPr>
        <w:t>003-06/20-01/04</w:t>
      </w:r>
      <w:r w:rsidR="00EE6943">
        <w:rPr>
          <w:rFonts w:ascii="Times New Roman" w:hAnsi="Times New Roman" w:cs="Times New Roman"/>
          <w:color w:val="000000"/>
          <w:sz w:val="24"/>
          <w:szCs w:val="24"/>
        </w:rPr>
        <w:t xml:space="preserve"> URBROJ: 251-</w:t>
      </w:r>
      <w:r w:rsidR="00E67286">
        <w:rPr>
          <w:rFonts w:ascii="Times New Roman" w:hAnsi="Times New Roman" w:cs="Times New Roman"/>
          <w:color w:val="000000"/>
          <w:sz w:val="24"/>
          <w:szCs w:val="24"/>
        </w:rPr>
        <w:t>731/01-20-4</w:t>
      </w:r>
      <w:r w:rsidR="00EE6943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od </w:t>
      </w:r>
      <w:r w:rsidR="00E67286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proofErr w:type="spellStart"/>
      <w:r w:rsidR="00E67286">
        <w:rPr>
          <w:rFonts w:ascii="Times New Roman" w:hAnsi="Times New Roman" w:cs="Times New Roman"/>
          <w:color w:val="000000"/>
          <w:sz w:val="24"/>
          <w:szCs w:val="24"/>
        </w:rPr>
        <w:t>ožujka</w:t>
      </w:r>
      <w:proofErr w:type="spellEnd"/>
      <w:r w:rsidR="00E67286">
        <w:rPr>
          <w:rFonts w:ascii="Times New Roman" w:hAnsi="Times New Roman" w:cs="Times New Roman"/>
          <w:color w:val="000000"/>
          <w:sz w:val="24"/>
          <w:szCs w:val="24"/>
        </w:rPr>
        <w:t xml:space="preserve"> 2020</w:t>
      </w:r>
      <w:r w:rsidRPr="007E5F6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D39DB92" w14:textId="77777777" w:rsidR="00590994" w:rsidRPr="007E5F6D" w:rsidRDefault="00CE17A0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Članak</w:t>
      </w:r>
      <w:proofErr w:type="spellEnd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26.</w:t>
      </w:r>
    </w:p>
    <w:p w14:paraId="2FA96621" w14:textId="01764D5F" w:rsidR="00590994" w:rsidRPr="007E5F6D" w:rsidRDefault="00CE17A0">
      <w:pPr>
        <w:ind w:firstLine="397"/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Ovaj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Pravilnik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objavljuje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oglasnoj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ploči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mrežnim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stranicama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Škole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a stupa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snagu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615A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2026.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godine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0BFBDA8" w14:textId="444E522D" w:rsidR="00590994" w:rsidRDefault="00CE17A0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7E5F6D">
        <w:rPr>
          <w:rFonts w:ascii="Times New Roman" w:hAnsi="Times New Roman" w:cs="Times New Roman"/>
          <w:color w:val="000000"/>
          <w:sz w:val="24"/>
          <w:szCs w:val="24"/>
        </w:rPr>
        <w:t>KLASA: ____________________</w:t>
      </w:r>
      <w:r w:rsidRPr="007E5F6D">
        <w:rPr>
          <w:rFonts w:ascii="Times New Roman" w:hAnsi="Times New Roman" w:cs="Times New Roman"/>
          <w:color w:val="000000"/>
          <w:sz w:val="24"/>
          <w:szCs w:val="24"/>
        </w:rPr>
        <w:br/>
        <w:t>URBROJ: ___________________</w:t>
      </w:r>
      <w:r w:rsidRPr="007E5F6D">
        <w:rPr>
          <w:rFonts w:ascii="Times New Roman" w:hAnsi="Times New Roman" w:cs="Times New Roman"/>
          <w:color w:val="000000"/>
          <w:sz w:val="24"/>
          <w:szCs w:val="24"/>
        </w:rPr>
        <w:br/>
        <w:t>Zagreb, ___________________</w:t>
      </w:r>
    </w:p>
    <w:p w14:paraId="0BB34FAF" w14:textId="77777777" w:rsidR="001615A5" w:rsidRPr="007E5F6D" w:rsidRDefault="001615A5">
      <w:pPr>
        <w:rPr>
          <w:rFonts w:ascii="Times New Roman" w:hAnsi="Times New Roman" w:cs="Times New Roman"/>
          <w:sz w:val="24"/>
          <w:szCs w:val="24"/>
        </w:rPr>
      </w:pPr>
    </w:p>
    <w:p w14:paraId="1C17D703" w14:textId="77777777" w:rsidR="00EE6943" w:rsidRDefault="00CE17A0" w:rsidP="00EE6943">
      <w:pPr>
        <w:ind w:left="3600"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Predsjednica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Školskog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odbora</w:t>
      </w:r>
      <w:proofErr w:type="spellEnd"/>
      <w:r w:rsidR="00EE6943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26DB9C51" w14:textId="1E0177FE" w:rsidR="00590994" w:rsidRPr="007E5F6D" w:rsidRDefault="00CE17A0" w:rsidP="00EE6943">
      <w:pPr>
        <w:ind w:left="3600"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E5F6D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E6943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7E5F6D">
        <w:rPr>
          <w:rFonts w:ascii="Times New Roman" w:hAnsi="Times New Roman" w:cs="Times New Roman"/>
          <w:color w:val="000000"/>
          <w:sz w:val="24"/>
          <w:szCs w:val="24"/>
        </w:rPr>
        <w:t>______________________________</w:t>
      </w:r>
    </w:p>
    <w:p w14:paraId="52089170" w14:textId="126449BC" w:rsidR="00590994" w:rsidRPr="007E5F6D" w:rsidRDefault="00CE17A0">
      <w:pPr>
        <w:pageBreakBefore/>
        <w:jc w:val="center"/>
        <w:rPr>
          <w:rFonts w:ascii="Times New Roman" w:hAnsi="Times New Roman" w:cs="Times New Roman"/>
          <w:sz w:val="24"/>
          <w:szCs w:val="24"/>
        </w:rPr>
      </w:pPr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OSNOVNA ŠKOLA </w:t>
      </w:r>
      <w:r w:rsidR="00DF47E5">
        <w:rPr>
          <w:rFonts w:ascii="Times New Roman" w:hAnsi="Times New Roman" w:cs="Times New Roman"/>
          <w:b/>
          <w:color w:val="000000"/>
          <w:sz w:val="24"/>
          <w:szCs w:val="24"/>
        </w:rPr>
        <w:t>IVANJA REKA</w:t>
      </w:r>
    </w:p>
    <w:p w14:paraId="2DC05081" w14:textId="1815FC23" w:rsidR="00590994" w:rsidRDefault="00CE17A0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ŠKOLSKI ODBOR</w:t>
      </w:r>
    </w:p>
    <w:p w14:paraId="1E76767A" w14:textId="77777777" w:rsidR="00DF47E5" w:rsidRPr="007E5F6D" w:rsidRDefault="00DF47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DD1E09" w14:textId="77777777" w:rsidR="00590994" w:rsidRPr="007E5F6D" w:rsidRDefault="00CE17A0">
      <w:pPr>
        <w:rPr>
          <w:rFonts w:ascii="Times New Roman" w:hAnsi="Times New Roman" w:cs="Times New Roman"/>
          <w:sz w:val="24"/>
          <w:szCs w:val="24"/>
        </w:rPr>
      </w:pPr>
      <w:r w:rsidRPr="007E5F6D">
        <w:rPr>
          <w:rFonts w:ascii="Times New Roman" w:hAnsi="Times New Roman" w:cs="Times New Roman"/>
          <w:color w:val="000000"/>
          <w:sz w:val="24"/>
          <w:szCs w:val="24"/>
        </w:rPr>
        <w:t>KLASA: ____________________</w:t>
      </w:r>
      <w:r w:rsidRPr="007E5F6D">
        <w:rPr>
          <w:rFonts w:ascii="Times New Roman" w:hAnsi="Times New Roman" w:cs="Times New Roman"/>
          <w:color w:val="000000"/>
          <w:sz w:val="24"/>
          <w:szCs w:val="24"/>
        </w:rPr>
        <w:br/>
        <w:t>URBROJ: ___________________</w:t>
      </w:r>
      <w:r w:rsidRPr="007E5F6D">
        <w:rPr>
          <w:rFonts w:ascii="Times New Roman" w:hAnsi="Times New Roman" w:cs="Times New Roman"/>
          <w:color w:val="000000"/>
          <w:sz w:val="24"/>
          <w:szCs w:val="24"/>
        </w:rPr>
        <w:br/>
        <w:t>Zagreb, ___________________</w:t>
      </w:r>
    </w:p>
    <w:p w14:paraId="7942339B" w14:textId="77777777" w:rsidR="00DF47E5" w:rsidRDefault="00DF47E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ED60973" w14:textId="1F49FAE1" w:rsidR="00590994" w:rsidRDefault="00CE17A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Na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temelju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članka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15.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stavka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2.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Zakona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javnoj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nabavi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Narodne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novine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120/16, 114/22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48/26)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članka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29.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Statuta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Osnovne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škole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15A5">
        <w:rPr>
          <w:rFonts w:ascii="Times New Roman" w:hAnsi="Times New Roman" w:cs="Times New Roman"/>
          <w:color w:val="000000"/>
          <w:sz w:val="24"/>
          <w:szCs w:val="24"/>
        </w:rPr>
        <w:t>Ivanja</w:t>
      </w:r>
      <w:proofErr w:type="spellEnd"/>
      <w:r w:rsidR="001615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615A5">
        <w:rPr>
          <w:rFonts w:ascii="Times New Roman" w:hAnsi="Times New Roman" w:cs="Times New Roman"/>
          <w:color w:val="000000"/>
          <w:sz w:val="24"/>
          <w:szCs w:val="24"/>
        </w:rPr>
        <w:t>Reka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Školski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odbor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Osnovne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škole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F47E5">
        <w:rPr>
          <w:rFonts w:ascii="Times New Roman" w:hAnsi="Times New Roman" w:cs="Times New Roman"/>
          <w:color w:val="000000"/>
          <w:sz w:val="24"/>
          <w:szCs w:val="24"/>
        </w:rPr>
        <w:t>Ivanja</w:t>
      </w:r>
      <w:proofErr w:type="spellEnd"/>
      <w:r w:rsidR="00DF47E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F47E5">
        <w:rPr>
          <w:rFonts w:ascii="Times New Roman" w:hAnsi="Times New Roman" w:cs="Times New Roman"/>
          <w:color w:val="000000"/>
          <w:sz w:val="24"/>
          <w:szCs w:val="24"/>
        </w:rPr>
        <w:t>Reka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sjednici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održanoj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__________ 2026.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godine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donosi</w:t>
      </w:r>
      <w:proofErr w:type="spellEnd"/>
    </w:p>
    <w:p w14:paraId="0D633815" w14:textId="77777777" w:rsidR="00DF47E5" w:rsidRPr="007E5F6D" w:rsidRDefault="00DF47E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3553E0" w14:textId="77777777" w:rsidR="00590994" w:rsidRPr="007E5F6D" w:rsidRDefault="00CE17A0">
      <w:pPr>
        <w:jc w:val="center"/>
        <w:rPr>
          <w:rFonts w:ascii="Times New Roman" w:hAnsi="Times New Roman" w:cs="Times New Roman"/>
          <w:sz w:val="24"/>
          <w:szCs w:val="24"/>
        </w:rPr>
      </w:pPr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ODLUKU</w:t>
      </w:r>
    </w:p>
    <w:p w14:paraId="0CDF7CB7" w14:textId="742A4B4C" w:rsidR="00590994" w:rsidRDefault="00CE17A0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o </w:t>
      </w:r>
      <w:proofErr w:type="spellStart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donošenju</w:t>
      </w:r>
      <w:proofErr w:type="spellEnd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Pravilnika</w:t>
      </w:r>
      <w:proofErr w:type="spellEnd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o </w:t>
      </w:r>
      <w:proofErr w:type="spellStart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pravilima</w:t>
      </w:r>
      <w:proofErr w:type="spellEnd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uvjetima</w:t>
      </w:r>
      <w:proofErr w:type="spellEnd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postupcima</w:t>
      </w:r>
      <w:proofErr w:type="spellEnd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jednostavne</w:t>
      </w:r>
      <w:proofErr w:type="spellEnd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nabave</w:t>
      </w:r>
      <w:proofErr w:type="spellEnd"/>
    </w:p>
    <w:p w14:paraId="1597A058" w14:textId="77777777" w:rsidR="001615A5" w:rsidRPr="007E5F6D" w:rsidRDefault="001615A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4C01EC4" w14:textId="77777777" w:rsidR="00590994" w:rsidRPr="007E5F6D" w:rsidRDefault="00CE17A0">
      <w:pPr>
        <w:jc w:val="center"/>
        <w:rPr>
          <w:rFonts w:ascii="Times New Roman" w:hAnsi="Times New Roman" w:cs="Times New Roman"/>
          <w:sz w:val="24"/>
          <w:szCs w:val="24"/>
        </w:rPr>
      </w:pPr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I.</w:t>
      </w:r>
    </w:p>
    <w:p w14:paraId="09693E71" w14:textId="180AABAD" w:rsidR="00590994" w:rsidRPr="007E5F6D" w:rsidRDefault="00CE17A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Donosi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Pravilnik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pravilima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uvjetima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postupcima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jednostavne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nabave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Osnovne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škole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F47E5">
        <w:rPr>
          <w:rFonts w:ascii="Times New Roman" w:hAnsi="Times New Roman" w:cs="Times New Roman"/>
          <w:color w:val="000000"/>
          <w:sz w:val="24"/>
          <w:szCs w:val="24"/>
        </w:rPr>
        <w:t>Ivanja</w:t>
      </w:r>
      <w:proofErr w:type="spellEnd"/>
      <w:r w:rsidR="00DF47E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F47E5">
        <w:rPr>
          <w:rFonts w:ascii="Times New Roman" w:hAnsi="Times New Roman" w:cs="Times New Roman"/>
          <w:color w:val="000000"/>
          <w:sz w:val="24"/>
          <w:szCs w:val="24"/>
        </w:rPr>
        <w:t>Reka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koji je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sastavni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dio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ove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Odluke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58D24A2" w14:textId="77777777" w:rsidR="00590994" w:rsidRPr="007E5F6D" w:rsidRDefault="00CE17A0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II.</w:t>
      </w:r>
    </w:p>
    <w:p w14:paraId="32C31B71" w14:textId="77777777" w:rsidR="00590994" w:rsidRPr="007E5F6D" w:rsidRDefault="00CE17A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Pravilnik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iz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točke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I.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ove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Odluke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primjenjuje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se od 1.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rujna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2026.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godine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200878F" w14:textId="77777777" w:rsidR="00590994" w:rsidRPr="007E5F6D" w:rsidRDefault="00CE17A0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r w:rsidRPr="007E5F6D">
        <w:rPr>
          <w:rFonts w:ascii="Times New Roman" w:hAnsi="Times New Roman" w:cs="Times New Roman"/>
          <w:b/>
          <w:color w:val="000000"/>
          <w:sz w:val="24"/>
          <w:szCs w:val="24"/>
        </w:rPr>
        <w:t>III.</w:t>
      </w:r>
    </w:p>
    <w:p w14:paraId="695D33B1" w14:textId="7BC2B5AB" w:rsidR="00590994" w:rsidRDefault="00CE17A0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Ova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Odluka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stupa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snagu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danom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donošenja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7C064C4" w14:textId="77777777" w:rsidR="00DF47E5" w:rsidRDefault="00DF47E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543F3661" w14:textId="77777777" w:rsidR="00DF47E5" w:rsidRPr="007E5F6D" w:rsidRDefault="00DF47E5">
      <w:pPr>
        <w:rPr>
          <w:rFonts w:ascii="Times New Roman" w:hAnsi="Times New Roman" w:cs="Times New Roman"/>
          <w:sz w:val="24"/>
          <w:szCs w:val="24"/>
        </w:rPr>
      </w:pPr>
    </w:p>
    <w:p w14:paraId="3184877B" w14:textId="77777777" w:rsidR="001615A5" w:rsidRDefault="00CE17A0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Predsjednik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Predsjednica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Školskog</w:t>
      </w:r>
      <w:proofErr w:type="spellEnd"/>
      <w:r w:rsidRPr="007E5F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5F6D">
        <w:rPr>
          <w:rFonts w:ascii="Times New Roman" w:hAnsi="Times New Roman" w:cs="Times New Roman"/>
          <w:color w:val="000000"/>
          <w:sz w:val="24"/>
          <w:szCs w:val="24"/>
        </w:rPr>
        <w:t>odbora</w:t>
      </w:r>
      <w:proofErr w:type="spellEnd"/>
    </w:p>
    <w:p w14:paraId="3794F6BA" w14:textId="1A7C66E8" w:rsidR="00590994" w:rsidRDefault="00CE17A0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7E5F6D">
        <w:rPr>
          <w:rFonts w:ascii="Times New Roman" w:hAnsi="Times New Roman" w:cs="Times New Roman"/>
          <w:color w:val="000000"/>
          <w:sz w:val="24"/>
          <w:szCs w:val="24"/>
        </w:rPr>
        <w:br/>
        <w:t>______________________________</w:t>
      </w:r>
    </w:p>
    <w:p w14:paraId="0F390B8A" w14:textId="77777777" w:rsidR="001615A5" w:rsidRPr="007E5F6D" w:rsidRDefault="001615A5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1615A5" w:rsidRPr="007E5F6D" w:rsidSect="00034616">
      <w:footerReference w:type="default" r:id="rId8"/>
      <w:pgSz w:w="12240" w:h="15840"/>
      <w:pgMar w:top="1247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D178E" w14:textId="77777777" w:rsidR="00044BE9" w:rsidRDefault="00044BE9">
      <w:pPr>
        <w:spacing w:after="0" w:line="240" w:lineRule="auto"/>
      </w:pPr>
      <w:r>
        <w:separator/>
      </w:r>
    </w:p>
  </w:endnote>
  <w:endnote w:type="continuationSeparator" w:id="0">
    <w:p w14:paraId="20B8BAFA" w14:textId="77777777" w:rsidR="00044BE9" w:rsidRDefault="00044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A4812" w14:textId="77777777" w:rsidR="00590994" w:rsidRDefault="00CE17A0">
    <w:pPr>
      <w:pStyle w:val="Podnoje"/>
      <w:jc w:val="center"/>
    </w:pPr>
    <w:proofErr w:type="spellStart"/>
    <w:r>
      <w:t>Stranica</w:t>
    </w:r>
    <w:proofErr w:type="spellEnd"/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2607B0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D4439" w14:textId="77777777" w:rsidR="00044BE9" w:rsidRDefault="00044BE9">
      <w:pPr>
        <w:spacing w:after="0" w:line="240" w:lineRule="auto"/>
      </w:pPr>
      <w:r>
        <w:separator/>
      </w:r>
    </w:p>
  </w:footnote>
  <w:footnote w:type="continuationSeparator" w:id="0">
    <w:p w14:paraId="7578051A" w14:textId="77777777" w:rsidR="00044BE9" w:rsidRDefault="00044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BE9"/>
    <w:rsid w:val="0006063C"/>
    <w:rsid w:val="001003B8"/>
    <w:rsid w:val="00113725"/>
    <w:rsid w:val="0015074B"/>
    <w:rsid w:val="001615A5"/>
    <w:rsid w:val="00192478"/>
    <w:rsid w:val="002607B0"/>
    <w:rsid w:val="0029639D"/>
    <w:rsid w:val="00311837"/>
    <w:rsid w:val="00326F90"/>
    <w:rsid w:val="004507B7"/>
    <w:rsid w:val="00467CB7"/>
    <w:rsid w:val="00590994"/>
    <w:rsid w:val="00595752"/>
    <w:rsid w:val="005F51E4"/>
    <w:rsid w:val="006013E3"/>
    <w:rsid w:val="00634C98"/>
    <w:rsid w:val="006934BB"/>
    <w:rsid w:val="006C0BEB"/>
    <w:rsid w:val="006C2BDC"/>
    <w:rsid w:val="0076661F"/>
    <w:rsid w:val="007E5F6D"/>
    <w:rsid w:val="00A021E5"/>
    <w:rsid w:val="00A141B6"/>
    <w:rsid w:val="00A54D8F"/>
    <w:rsid w:val="00AA1D8D"/>
    <w:rsid w:val="00B3194D"/>
    <w:rsid w:val="00B47730"/>
    <w:rsid w:val="00CA1950"/>
    <w:rsid w:val="00CB0664"/>
    <w:rsid w:val="00CE17A0"/>
    <w:rsid w:val="00D563A9"/>
    <w:rsid w:val="00DF47E5"/>
    <w:rsid w:val="00E410AD"/>
    <w:rsid w:val="00E67286"/>
    <w:rsid w:val="00EE6943"/>
    <w:rsid w:val="00F80F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5498F6"/>
  <w14:defaultImageDpi w14:val="300"/>
  <w15:docId w15:val="{B1E3C468-4F8C-4433-8C01-9D869A1ED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2B10DCC-0750-4C35-B10C-603D45908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2068</Words>
  <Characters>11790</Characters>
  <Application>Microsoft Office Word</Application>
  <DocSecurity>0</DocSecurity>
  <Lines>98</Lines>
  <Paragraphs>27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13831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korisnik</cp:lastModifiedBy>
  <cp:revision>6</cp:revision>
  <cp:lastPrinted>2026-08-18T08:33:00Z</cp:lastPrinted>
  <dcterms:created xsi:type="dcterms:W3CDTF">2026-08-25T07:48:00Z</dcterms:created>
  <dcterms:modified xsi:type="dcterms:W3CDTF">2026-09-22T08:54:00Z</dcterms:modified>
  <cp:category/>
</cp:coreProperties>
</file>